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DCFD" w14:textId="77777777" w:rsidR="001255EA" w:rsidRDefault="00FB72C5" w:rsidP="001255EA">
      <w:pPr>
        <w:jc w:val="center"/>
        <w:rPr>
          <w:sz w:val="48"/>
          <w:szCs w:val="48"/>
        </w:rPr>
      </w:pPr>
      <w:r w:rsidRPr="001255EA">
        <w:rPr>
          <w:sz w:val="48"/>
          <w:szCs w:val="48"/>
        </w:rPr>
        <w:t xml:space="preserve">CERNE VALLEY PARISH COUNCIL </w:t>
      </w:r>
    </w:p>
    <w:p w14:paraId="34140C30" w14:textId="3C88B659" w:rsidR="00FF0634" w:rsidRPr="001255EA" w:rsidRDefault="00FB72C5" w:rsidP="001255EA">
      <w:pPr>
        <w:jc w:val="center"/>
        <w:rPr>
          <w:sz w:val="48"/>
          <w:szCs w:val="48"/>
        </w:rPr>
      </w:pPr>
      <w:r w:rsidRPr="001255EA">
        <w:rPr>
          <w:sz w:val="48"/>
          <w:szCs w:val="48"/>
        </w:rPr>
        <w:t xml:space="preserve"> MINUTES</w:t>
      </w:r>
    </w:p>
    <w:p w14:paraId="0024646F" w14:textId="77777777" w:rsidR="00FF0634" w:rsidRPr="0009575A" w:rsidRDefault="00FB72C5">
      <w:r w:rsidRPr="0009575A">
        <w:t>Meeting held: Thursday 13 November 2025, 7.00pm</w:t>
      </w:r>
    </w:p>
    <w:p w14:paraId="0F2DA562" w14:textId="77777777" w:rsidR="00FF0634" w:rsidRPr="0009575A" w:rsidRDefault="00FB72C5">
      <w:r w:rsidRPr="0009575A">
        <w:t>Venue: Godmanstone Village Hall</w:t>
      </w:r>
    </w:p>
    <w:p w14:paraId="652E56C6" w14:textId="77777777" w:rsidR="00FF0634" w:rsidRPr="0009575A" w:rsidRDefault="00FB72C5">
      <w:r w:rsidRPr="0009575A">
        <w:t>Chair: Cllr Fred Horsington</w:t>
      </w:r>
    </w:p>
    <w:p w14:paraId="3DC3DEA6" w14:textId="77777777" w:rsidR="00FF0634" w:rsidRPr="0009575A" w:rsidRDefault="00FB72C5">
      <w:r w:rsidRPr="0009575A">
        <w:t>Clerk: Yasmeen Moore</w:t>
      </w:r>
    </w:p>
    <w:p w14:paraId="18073DCF" w14:textId="30854B2B" w:rsidR="00AD40CA" w:rsidRPr="0009575A" w:rsidRDefault="00AD40CA">
      <w:r w:rsidRPr="0009575A">
        <w:t>Public</w:t>
      </w:r>
      <w:r w:rsidR="00AB759F" w:rsidRPr="0009575A">
        <w:t>:</w:t>
      </w:r>
      <w:r w:rsidRPr="0009575A">
        <w:t xml:space="preserve"> 4 </w:t>
      </w:r>
      <w:r w:rsidR="00AB759F" w:rsidRPr="0009575A">
        <w:t>members of public present</w:t>
      </w:r>
    </w:p>
    <w:p w14:paraId="1E4167DD" w14:textId="77777777" w:rsidR="00FF0634" w:rsidRPr="0009575A" w:rsidRDefault="00FF0634"/>
    <w:p w14:paraId="4E3A4FCB" w14:textId="77777777" w:rsidR="00FF0634" w:rsidRPr="0009575A" w:rsidRDefault="00FB72C5">
      <w:r w:rsidRPr="0009575A">
        <w:t>1. Apologies for Absence</w:t>
      </w:r>
    </w:p>
    <w:p w14:paraId="2E13F5AA" w14:textId="20F8F4D9" w:rsidR="00FF0634" w:rsidRPr="0009575A" w:rsidRDefault="00FB72C5">
      <w:r w:rsidRPr="0009575A">
        <w:t>Apologies received from C</w:t>
      </w:r>
      <w:r w:rsidR="00156F94" w:rsidRPr="0009575A">
        <w:t>llr Paul, Cllr Crosbie, Jill Haynes. Cllr Beresford noted as absent.</w:t>
      </w:r>
    </w:p>
    <w:p w14:paraId="4EC44935" w14:textId="77777777" w:rsidR="00FF0634" w:rsidRPr="0009575A" w:rsidRDefault="00FF0634"/>
    <w:p w14:paraId="5B3956E9" w14:textId="77777777" w:rsidR="00FF0634" w:rsidRPr="0009575A" w:rsidRDefault="00FB72C5">
      <w:r w:rsidRPr="0009575A">
        <w:t>2. Declarations of Pecuniary and Other Interests</w:t>
      </w:r>
    </w:p>
    <w:p w14:paraId="3486FF9B" w14:textId="36AC7556" w:rsidR="00156F94" w:rsidRPr="0009575A" w:rsidRDefault="00FB72C5">
      <w:r w:rsidRPr="0009575A">
        <w:t xml:space="preserve">Declarations: </w:t>
      </w:r>
      <w:r w:rsidR="00891C33" w:rsidRPr="0009575A">
        <w:t xml:space="preserve">  </w:t>
      </w:r>
      <w:r w:rsidR="007877E2" w:rsidRPr="0009575A">
        <w:t xml:space="preserve">  </w:t>
      </w:r>
      <w:r w:rsidR="00556252" w:rsidRPr="0009575A">
        <w:t xml:space="preserve"> </w:t>
      </w:r>
      <w:r w:rsidR="00156F94" w:rsidRPr="0009575A">
        <w:t>A</w:t>
      </w:r>
      <w:r w:rsidRPr="0009575A">
        <w:t>llotment field</w:t>
      </w:r>
      <w:r w:rsidR="00156F94" w:rsidRPr="0009575A">
        <w:t xml:space="preserve"> – Cllr Horsington</w:t>
      </w:r>
    </w:p>
    <w:p w14:paraId="41C80E9F" w14:textId="16CD0E5D" w:rsidR="00FF0634" w:rsidRPr="0009575A" w:rsidRDefault="00891C33" w:rsidP="00891C33">
      <w:pPr>
        <w:ind w:left="720" w:firstLine="720"/>
      </w:pPr>
      <w:r w:rsidRPr="0009575A">
        <w:t xml:space="preserve">  </w:t>
      </w:r>
      <w:r w:rsidR="00FB72C5" w:rsidRPr="0009575A">
        <w:t>Trinity Lodge</w:t>
      </w:r>
      <w:r w:rsidRPr="0009575A">
        <w:t xml:space="preserve"> – Cllr </w:t>
      </w:r>
      <w:r w:rsidR="007877E2" w:rsidRPr="0009575A">
        <w:t>Brown</w:t>
      </w:r>
    </w:p>
    <w:p w14:paraId="32E5CBC5" w14:textId="77777777" w:rsidR="00FF0634" w:rsidRPr="0009575A" w:rsidRDefault="00FF0634"/>
    <w:p w14:paraId="34C70E86" w14:textId="77777777" w:rsidR="00FF0634" w:rsidRPr="0009575A" w:rsidRDefault="00FB72C5">
      <w:r w:rsidRPr="0009575A">
        <w:t>3. To Confirm Minutes of 9 October 2025</w:t>
      </w:r>
    </w:p>
    <w:p w14:paraId="5384E8DF" w14:textId="77777777" w:rsidR="00FF0634" w:rsidRPr="0009575A" w:rsidRDefault="00FB72C5">
      <w:r w:rsidRPr="0009575A">
        <w:t>Minutes confirmed as accurate. All in favour.</w:t>
      </w:r>
    </w:p>
    <w:p w14:paraId="2CE683B6" w14:textId="77777777" w:rsidR="00FF0634" w:rsidRPr="0009575A" w:rsidRDefault="00FF0634"/>
    <w:p w14:paraId="2257A8A6" w14:textId="77777777" w:rsidR="00FF0634" w:rsidRPr="0009575A" w:rsidRDefault="00FB72C5">
      <w:r w:rsidRPr="0009575A">
        <w:t>4. Parish Council Matters Arising</w:t>
      </w:r>
    </w:p>
    <w:p w14:paraId="17ED9F61" w14:textId="77777777" w:rsidR="00FF0634" w:rsidRPr="0009575A" w:rsidRDefault="00FB72C5">
      <w:r w:rsidRPr="0009575A">
        <w:t>None.</w:t>
      </w:r>
    </w:p>
    <w:p w14:paraId="12081320" w14:textId="77777777" w:rsidR="00FF0634" w:rsidRPr="0009575A" w:rsidRDefault="00FF0634"/>
    <w:p w14:paraId="5AD25FA8" w14:textId="77777777" w:rsidR="00FF0634" w:rsidRPr="0009575A" w:rsidRDefault="00FB72C5">
      <w:r w:rsidRPr="0009575A">
        <w:t>5. Update from the Chair</w:t>
      </w:r>
    </w:p>
    <w:p w14:paraId="53AC903D" w14:textId="77777777" w:rsidR="00FF0634" w:rsidRPr="0009575A" w:rsidRDefault="00FB72C5">
      <w:r w:rsidRPr="0009575A">
        <w:t>Planning update deferred to later agenda item.</w:t>
      </w:r>
    </w:p>
    <w:p w14:paraId="1E2656B1" w14:textId="77777777" w:rsidR="00FF0634" w:rsidRPr="0009575A" w:rsidRDefault="00FF0634"/>
    <w:p w14:paraId="3FD898AC" w14:textId="77777777" w:rsidR="00FF0634" w:rsidRPr="0009575A" w:rsidRDefault="00FB72C5">
      <w:r w:rsidRPr="0009575A">
        <w:t>6. Public Discussion Period</w:t>
      </w:r>
    </w:p>
    <w:p w14:paraId="7365C630" w14:textId="5249D3A5" w:rsidR="00FF0634" w:rsidRPr="0009575A" w:rsidRDefault="00AD40CA">
      <w:r w:rsidRPr="0009575A">
        <w:t>None</w:t>
      </w:r>
    </w:p>
    <w:p w14:paraId="22711920" w14:textId="77777777" w:rsidR="00FF0634" w:rsidRPr="0009575A" w:rsidRDefault="00FF0634"/>
    <w:p w14:paraId="67DD9380" w14:textId="77777777" w:rsidR="00FF0634" w:rsidRPr="0009575A" w:rsidRDefault="00FB72C5">
      <w:r w:rsidRPr="0009575A">
        <w:t>7. Dorset Council Report</w:t>
      </w:r>
    </w:p>
    <w:p w14:paraId="3A707C27" w14:textId="5919388C" w:rsidR="00FF0634" w:rsidRPr="0009575A" w:rsidRDefault="00684CA5">
      <w:r w:rsidRPr="0009575A">
        <w:t xml:space="preserve">Concerns were raised </w:t>
      </w:r>
      <w:r w:rsidR="00A04A49" w:rsidRPr="0009575A">
        <w:t>regarding</w:t>
      </w:r>
      <w:r w:rsidRPr="0009575A">
        <w:t xml:space="preserve"> the b</w:t>
      </w:r>
      <w:r w:rsidR="00FB72C5" w:rsidRPr="0009575A">
        <w:t>oundary review</w:t>
      </w:r>
      <w:r w:rsidR="00FC66D7" w:rsidRPr="0009575A">
        <w:t xml:space="preserve"> </w:t>
      </w:r>
      <w:r w:rsidR="00243A29" w:rsidRPr="0009575A">
        <w:t>and</w:t>
      </w:r>
      <w:r w:rsidR="00FC66D7" w:rsidRPr="0009575A">
        <w:t xml:space="preserve"> the</w:t>
      </w:r>
      <w:r w:rsidR="00FB72C5" w:rsidRPr="0009575A">
        <w:t xml:space="preserve"> </w:t>
      </w:r>
      <w:r w:rsidR="00926F75" w:rsidRPr="0009575A">
        <w:t xml:space="preserve">prospect of plans to </w:t>
      </w:r>
      <w:r w:rsidR="00A04A49" w:rsidRPr="0009575A">
        <w:t>increase</w:t>
      </w:r>
      <w:r w:rsidR="006C65E7" w:rsidRPr="0009575A">
        <w:t xml:space="preserve"> the</w:t>
      </w:r>
      <w:r w:rsidR="00A04A49" w:rsidRPr="0009575A">
        <w:t xml:space="preserve"> </w:t>
      </w:r>
      <w:r w:rsidR="00FB72C5" w:rsidRPr="0009575A">
        <w:t xml:space="preserve">responsibilities </w:t>
      </w:r>
      <w:r w:rsidR="006C65E7" w:rsidRPr="0009575A">
        <w:t>of</w:t>
      </w:r>
      <w:r w:rsidR="00FB72C5" w:rsidRPr="0009575A">
        <w:t xml:space="preserve"> </w:t>
      </w:r>
      <w:r w:rsidR="00A04A49" w:rsidRPr="0009575A">
        <w:t>P</w:t>
      </w:r>
      <w:r w:rsidR="00FB72C5" w:rsidRPr="0009575A">
        <w:t>arish</w:t>
      </w:r>
      <w:r w:rsidR="00A04A49" w:rsidRPr="0009575A">
        <w:t xml:space="preserve"> Councils</w:t>
      </w:r>
      <w:r w:rsidR="00926F75" w:rsidRPr="0009575A">
        <w:t xml:space="preserve"> in the future</w:t>
      </w:r>
      <w:r w:rsidR="00FB72C5" w:rsidRPr="0009575A">
        <w:t>.</w:t>
      </w:r>
    </w:p>
    <w:p w14:paraId="0857B82B" w14:textId="77777777" w:rsidR="00FF0634" w:rsidRPr="0009575A" w:rsidRDefault="00FF0634"/>
    <w:p w14:paraId="2840EE7D" w14:textId="77777777" w:rsidR="00FF0634" w:rsidRPr="0009575A" w:rsidRDefault="00FB72C5">
      <w:r w:rsidRPr="0009575A">
        <w:t>8. Committee Reports and Actions</w:t>
      </w:r>
    </w:p>
    <w:p w14:paraId="3EBB11D3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Allotments</w:t>
      </w:r>
    </w:p>
    <w:p w14:paraId="29A79D8D" w14:textId="295DB5C2" w:rsidR="00FF0634" w:rsidRPr="0009575A" w:rsidRDefault="00FB72C5">
      <w:r w:rsidRPr="0009575A">
        <w:t xml:space="preserve">- </w:t>
      </w:r>
      <w:r w:rsidR="00905A99" w:rsidRPr="0009575A">
        <w:t>There has been p</w:t>
      </w:r>
      <w:r w:rsidRPr="0009575A">
        <w:t>olytunnel damage</w:t>
      </w:r>
      <w:r w:rsidR="00905A99" w:rsidRPr="0009575A">
        <w:t>. O</w:t>
      </w:r>
      <w:r w:rsidRPr="0009575A">
        <w:t>ptions</w:t>
      </w:r>
      <w:r w:rsidR="00905A99" w:rsidRPr="0009575A">
        <w:t xml:space="preserve"> to be </w:t>
      </w:r>
      <w:r w:rsidRPr="0009575A">
        <w:t>reviewed</w:t>
      </w:r>
      <w:r w:rsidR="00905A99" w:rsidRPr="0009575A">
        <w:t>.</w:t>
      </w:r>
      <w:r w:rsidRPr="0009575A">
        <w:t xml:space="preserve"> KB to return with </w:t>
      </w:r>
      <w:r w:rsidR="00905A99" w:rsidRPr="0009575A">
        <w:t xml:space="preserve">options and </w:t>
      </w:r>
      <w:r w:rsidRPr="0009575A">
        <w:t>quotes.</w:t>
      </w:r>
    </w:p>
    <w:p w14:paraId="157DAA65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Burial Ground</w:t>
      </w:r>
    </w:p>
    <w:p w14:paraId="73DC7A5F" w14:textId="77777777" w:rsidR="00AC68FE" w:rsidRPr="0009575A" w:rsidRDefault="00FB72C5">
      <w:r w:rsidRPr="0009575A">
        <w:t>- Fee review</w:t>
      </w:r>
      <w:r w:rsidR="00B77B9E" w:rsidRPr="0009575A">
        <w:t xml:space="preserve">. PR to </w:t>
      </w:r>
      <w:r w:rsidR="0062226C" w:rsidRPr="0009575A">
        <w:t>put forward proposals in March for increase of fees from April 2026</w:t>
      </w:r>
    </w:p>
    <w:p w14:paraId="53336B09" w14:textId="41FBE3DF" w:rsidR="00AC68FE" w:rsidRPr="0009575A" w:rsidRDefault="00AC68FE">
      <w:r w:rsidRPr="0009575A">
        <w:t>-  H</w:t>
      </w:r>
      <w:r w:rsidR="00FB72C5" w:rsidRPr="0009575A">
        <w:t>eadstone</w:t>
      </w:r>
      <w:r w:rsidR="000E2CF7" w:rsidRPr="0009575A">
        <w:t xml:space="preserve"> </w:t>
      </w:r>
      <w:r w:rsidR="00FB72C5" w:rsidRPr="0009575A">
        <w:t>cleaning day</w:t>
      </w:r>
      <w:r w:rsidRPr="0009575A">
        <w:t xml:space="preserve"> went well</w:t>
      </w:r>
    </w:p>
    <w:p w14:paraId="10FEB192" w14:textId="1ABA808F" w:rsidR="00FF0634" w:rsidRPr="0009575A" w:rsidRDefault="00AC68FE">
      <w:r w:rsidRPr="0009575A">
        <w:t>- A number of problems have been identified with plot number</w:t>
      </w:r>
      <w:r w:rsidR="0011434B" w:rsidRPr="0009575A">
        <w:t>s</w:t>
      </w:r>
      <w:r w:rsidRPr="0009575A">
        <w:t xml:space="preserve">. </w:t>
      </w:r>
      <w:r w:rsidR="00E20E2F" w:rsidRPr="0009575A">
        <w:t xml:space="preserve">Mapping exercise to take place with PR and HB. </w:t>
      </w:r>
    </w:p>
    <w:p w14:paraId="0A64FE93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Car Park</w:t>
      </w:r>
    </w:p>
    <w:p w14:paraId="5F87012D" w14:textId="4D9C31D6" w:rsidR="00FF0634" w:rsidRPr="0009575A" w:rsidRDefault="00FB72C5">
      <w:r w:rsidRPr="0009575A">
        <w:t xml:space="preserve">- Noticeboard </w:t>
      </w:r>
      <w:r w:rsidR="00776D5C" w:rsidRPr="0009575A">
        <w:t>needs to be repaired</w:t>
      </w:r>
      <w:r w:rsidR="008D0A44" w:rsidRPr="0009575A">
        <w:t>. LP to review options.</w:t>
      </w:r>
      <w:r w:rsidR="005E2E19" w:rsidRPr="0009575A">
        <w:t xml:space="preserve"> H</w:t>
      </w:r>
      <w:r w:rsidRPr="0009575A">
        <w:t xml:space="preserve">edge work </w:t>
      </w:r>
      <w:r w:rsidR="00311F08" w:rsidRPr="0009575A">
        <w:t xml:space="preserve">is </w:t>
      </w:r>
      <w:r w:rsidRPr="0009575A">
        <w:t>scheduled</w:t>
      </w:r>
      <w:r w:rsidR="005E2E19" w:rsidRPr="0009575A">
        <w:t>.</w:t>
      </w:r>
    </w:p>
    <w:p w14:paraId="594508E4" w14:textId="77777777" w:rsidR="00FF0634" w:rsidRPr="0009575A" w:rsidRDefault="00FF0634"/>
    <w:p w14:paraId="48730219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Children’s Play Park</w:t>
      </w:r>
    </w:p>
    <w:p w14:paraId="7F2448CD" w14:textId="2ED271A2" w:rsidR="00FF0634" w:rsidRPr="0009575A" w:rsidRDefault="00FB72C5">
      <w:r w:rsidRPr="0009575A">
        <w:t xml:space="preserve">- </w:t>
      </w:r>
      <w:r w:rsidR="005E2E19" w:rsidRPr="0009575A">
        <w:t>G</w:t>
      </w:r>
      <w:r w:rsidRPr="0009575A">
        <w:t xml:space="preserve">rant options for new surface </w:t>
      </w:r>
      <w:r w:rsidR="005E2E19" w:rsidRPr="0009575A">
        <w:t xml:space="preserve">to be explored by </w:t>
      </w:r>
      <w:r w:rsidR="00CF60AF" w:rsidRPr="0009575A">
        <w:t>MK and KB</w:t>
      </w:r>
      <w:r w:rsidRPr="0009575A">
        <w:t>.</w:t>
      </w:r>
    </w:p>
    <w:p w14:paraId="4D840D01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Footpaths &amp; Environment</w:t>
      </w:r>
    </w:p>
    <w:p w14:paraId="67962D4B" w14:textId="77777777" w:rsidR="00CF60AF" w:rsidRPr="0009575A" w:rsidRDefault="00FB72C5">
      <w:r w:rsidRPr="0009575A">
        <w:t>- Drop kerb installed</w:t>
      </w:r>
    </w:p>
    <w:p w14:paraId="41982CE2" w14:textId="77777777" w:rsidR="00CF60AF" w:rsidRPr="0009575A" w:rsidRDefault="00CF60AF">
      <w:r w:rsidRPr="0009575A">
        <w:t>- D</w:t>
      </w:r>
      <w:r w:rsidR="00FB72C5" w:rsidRPr="0009575A">
        <w:t>rain issues logged</w:t>
      </w:r>
    </w:p>
    <w:p w14:paraId="5DF3CEB5" w14:textId="4E96123C" w:rsidR="00FF0634" w:rsidRPr="0009575A" w:rsidRDefault="00CF60AF">
      <w:r w:rsidRPr="0009575A">
        <w:t>- A</w:t>
      </w:r>
      <w:r w:rsidR="00FB72C5" w:rsidRPr="0009575A">
        <w:t>sh tree concerns ongoing.</w:t>
      </w:r>
    </w:p>
    <w:p w14:paraId="5CA91152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Burial Ground Extension</w:t>
      </w:r>
    </w:p>
    <w:p w14:paraId="43A720C6" w14:textId="77777777" w:rsidR="008F5BCF" w:rsidRPr="0009575A" w:rsidRDefault="00FB72C5">
      <w:r w:rsidRPr="0009575A">
        <w:t>- Ecological advice supports retaining wall</w:t>
      </w:r>
      <w:r w:rsidR="00311F08" w:rsidRPr="0009575A">
        <w:t>.</w:t>
      </w:r>
    </w:p>
    <w:p w14:paraId="3D4E21AD" w14:textId="77777777" w:rsidR="008F5BCF" w:rsidRPr="0009575A" w:rsidRDefault="008F5BCF" w:rsidP="007E74B5">
      <w:pPr>
        <w:pStyle w:val="ListParagraph"/>
        <w:numPr>
          <w:ilvl w:val="0"/>
          <w:numId w:val="10"/>
        </w:numPr>
        <w:rPr>
          <w:b/>
          <w:bCs/>
        </w:rPr>
      </w:pPr>
      <w:r w:rsidRPr="0009575A">
        <w:rPr>
          <w:b/>
          <w:bCs/>
        </w:rPr>
        <w:t>FH proposed retaining wall</w:t>
      </w:r>
    </w:p>
    <w:p w14:paraId="7358358A" w14:textId="77777777" w:rsidR="00E93DCB" w:rsidRPr="0009575A" w:rsidRDefault="00E93DCB" w:rsidP="007E74B5">
      <w:pPr>
        <w:pStyle w:val="ListParagraph"/>
        <w:numPr>
          <w:ilvl w:val="0"/>
          <w:numId w:val="10"/>
        </w:numPr>
        <w:rPr>
          <w:b/>
          <w:bCs/>
        </w:rPr>
      </w:pPr>
      <w:r w:rsidRPr="0009575A">
        <w:rPr>
          <w:b/>
          <w:bCs/>
        </w:rPr>
        <w:t>PR seconded</w:t>
      </w:r>
    </w:p>
    <w:p w14:paraId="6DCD0B71" w14:textId="77777777" w:rsidR="00E93DCB" w:rsidRPr="0009575A" w:rsidRDefault="00E93DCB" w:rsidP="007E74B5">
      <w:pPr>
        <w:pStyle w:val="ListParagraph"/>
        <w:numPr>
          <w:ilvl w:val="0"/>
          <w:numId w:val="10"/>
        </w:numPr>
        <w:rPr>
          <w:b/>
          <w:bCs/>
        </w:rPr>
      </w:pPr>
      <w:r w:rsidRPr="0009575A">
        <w:rPr>
          <w:b/>
          <w:bCs/>
        </w:rPr>
        <w:t>All in favour</w:t>
      </w:r>
    </w:p>
    <w:p w14:paraId="5D0A63CF" w14:textId="3292C51A" w:rsidR="00FF0634" w:rsidRPr="0009575A" w:rsidRDefault="00CF61CD">
      <w:pPr>
        <w:rPr>
          <w:b/>
          <w:bCs/>
        </w:rPr>
      </w:pPr>
      <w:r w:rsidRPr="0009575A">
        <w:rPr>
          <w:b/>
          <w:bCs/>
        </w:rPr>
        <w:t xml:space="preserve">FH </w:t>
      </w:r>
      <w:r w:rsidR="000D7C3D" w:rsidRPr="0009575A">
        <w:rPr>
          <w:b/>
          <w:bCs/>
        </w:rPr>
        <w:t xml:space="preserve">to </w:t>
      </w:r>
      <w:r w:rsidR="00311F08" w:rsidRPr="0009575A">
        <w:rPr>
          <w:b/>
          <w:bCs/>
        </w:rPr>
        <w:t>inform</w:t>
      </w:r>
      <w:r w:rsidR="000D7C3D" w:rsidRPr="0009575A">
        <w:rPr>
          <w:b/>
          <w:bCs/>
        </w:rPr>
        <w:t xml:space="preserve"> </w:t>
      </w:r>
      <w:r w:rsidR="00311F08" w:rsidRPr="0009575A">
        <w:rPr>
          <w:b/>
          <w:bCs/>
        </w:rPr>
        <w:t>relevant parties</w:t>
      </w:r>
      <w:r w:rsidR="000D7C3D" w:rsidRPr="0009575A">
        <w:rPr>
          <w:b/>
          <w:bCs/>
        </w:rPr>
        <w:t xml:space="preserve"> of decision. </w:t>
      </w:r>
      <w:r w:rsidR="00FB72C5" w:rsidRPr="0009575A">
        <w:rPr>
          <w:b/>
          <w:bCs/>
        </w:rPr>
        <w:t xml:space="preserve"> </w:t>
      </w:r>
    </w:p>
    <w:p w14:paraId="13FD9C4C" w14:textId="77777777" w:rsidR="00FF0634" w:rsidRPr="0009575A" w:rsidRDefault="00FB72C5">
      <w:pPr>
        <w:rPr>
          <w:u w:val="single"/>
        </w:rPr>
      </w:pPr>
      <w:r w:rsidRPr="0009575A">
        <w:rPr>
          <w:u w:val="single"/>
        </w:rPr>
        <w:t>Planning</w:t>
      </w:r>
    </w:p>
    <w:p w14:paraId="68D88F9C" w14:textId="092871E5" w:rsidR="00164A94" w:rsidRPr="0009575A" w:rsidRDefault="00F617DA" w:rsidP="00164A94">
      <w:pPr>
        <w:tabs>
          <w:tab w:val="left" w:pos="426"/>
        </w:tabs>
        <w:rPr>
          <w:rFonts w:cstheme="majorHAnsi"/>
          <w:u w:val="single"/>
        </w:rPr>
      </w:pPr>
      <w:r w:rsidRPr="0009575A">
        <w:rPr>
          <w:rFonts w:cstheme="majorHAnsi"/>
        </w:rPr>
        <w:t xml:space="preserve">       </w:t>
      </w:r>
      <w:r w:rsidR="00164A94" w:rsidRPr="0009575A">
        <w:rPr>
          <w:rFonts w:cstheme="majorHAnsi"/>
          <w:u w:val="single"/>
        </w:rPr>
        <w:t xml:space="preserve">Application No: </w:t>
      </w:r>
    </w:p>
    <w:p w14:paraId="570A2FC2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b/>
          <w:bCs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 xml:space="preserve">P/LBC/2025/06068  -Location: Trinity Lodge Main Road Godmanstone DT2 7AQ. 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>Extension of return date granted until 17</w:t>
      </w:r>
      <w:r w:rsidRPr="0009575A">
        <w:rPr>
          <w:rFonts w:asciiTheme="minorHAnsi" w:hAnsiTheme="minorHAnsi" w:cstheme="majorHAnsi"/>
          <w:b/>
          <w:bCs/>
          <w:sz w:val="22"/>
          <w:szCs w:val="22"/>
          <w:vertAlign w:val="superscript"/>
        </w:rPr>
        <w:t>th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 xml:space="preserve"> November 2025</w:t>
      </w:r>
    </w:p>
    <w:p w14:paraId="174BE563" w14:textId="7B4B302B" w:rsidR="00B56253" w:rsidRPr="0009575A" w:rsidRDefault="00B56253" w:rsidP="00B56253">
      <w:pPr>
        <w:pStyle w:val="Default"/>
        <w:numPr>
          <w:ilvl w:val="0"/>
          <w:numId w:val="14"/>
        </w:numPr>
        <w:rPr>
          <w:rFonts w:asciiTheme="minorHAnsi" w:hAnsiTheme="minorHAnsi" w:cstheme="majorHAnsi"/>
          <w:b/>
          <w:bCs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>Trinity Lodge supported subject to Conservation Officer</w:t>
      </w:r>
      <w:r w:rsidR="008D4B39" w:rsidRPr="0009575A">
        <w:rPr>
          <w:rFonts w:asciiTheme="minorHAnsi" w:hAnsiTheme="minorHAnsi" w:cstheme="majorHAnsi"/>
          <w:sz w:val="22"/>
          <w:szCs w:val="22"/>
        </w:rPr>
        <w:t xml:space="preserve"> report</w:t>
      </w:r>
    </w:p>
    <w:p w14:paraId="3CD70862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sz w:val="22"/>
          <w:szCs w:val="22"/>
          <w:u w:val="single"/>
        </w:rPr>
      </w:pPr>
      <w:r w:rsidRPr="0009575A">
        <w:rPr>
          <w:rFonts w:asciiTheme="minorHAnsi" w:hAnsiTheme="minorHAnsi" w:cstheme="majorHAnsi"/>
          <w:sz w:val="22"/>
          <w:szCs w:val="22"/>
          <w:u w:val="single"/>
        </w:rPr>
        <w:t xml:space="preserve">Application No: </w:t>
      </w:r>
    </w:p>
    <w:p w14:paraId="20696874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b/>
          <w:bCs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>P/TRC/2025/06151 - Location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 xml:space="preserve">: </w:t>
      </w:r>
      <w:r w:rsidRPr="0009575A">
        <w:rPr>
          <w:rFonts w:asciiTheme="minorHAnsi" w:hAnsiTheme="minorHAnsi" w:cstheme="majorHAnsi"/>
          <w:sz w:val="22"/>
          <w:szCs w:val="22"/>
        </w:rPr>
        <w:t xml:space="preserve">40 Long Street Cerne Abbas DT2 7JG. 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>For information only</w:t>
      </w:r>
    </w:p>
    <w:p w14:paraId="06D8DD3F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sz w:val="22"/>
          <w:szCs w:val="22"/>
          <w:u w:val="single"/>
        </w:rPr>
      </w:pPr>
      <w:r w:rsidRPr="0009575A">
        <w:rPr>
          <w:rFonts w:asciiTheme="minorHAnsi" w:hAnsiTheme="minorHAnsi" w:cstheme="majorHAnsi"/>
          <w:sz w:val="22"/>
          <w:szCs w:val="22"/>
          <w:u w:val="single"/>
        </w:rPr>
        <w:t xml:space="preserve">Application No: </w:t>
      </w:r>
    </w:p>
    <w:p w14:paraId="48AC68B7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>P/VOC/2025/06303 - Location: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 xml:space="preserve"> </w:t>
      </w:r>
      <w:r w:rsidRPr="0009575A">
        <w:rPr>
          <w:rFonts w:asciiTheme="minorHAnsi" w:hAnsiTheme="minorHAnsi" w:cstheme="majorHAnsi"/>
          <w:sz w:val="22"/>
          <w:szCs w:val="22"/>
        </w:rPr>
        <w:t>4 Sydling Road Cerne Abbas DT2 7JT</w:t>
      </w:r>
    </w:p>
    <w:p w14:paraId="4624C8F8" w14:textId="62B9748A" w:rsidR="008D4B39" w:rsidRPr="0009575A" w:rsidRDefault="008D4B39" w:rsidP="008D4B39">
      <w:pPr>
        <w:pStyle w:val="Default"/>
        <w:numPr>
          <w:ilvl w:val="0"/>
          <w:numId w:val="14"/>
        </w:numPr>
        <w:rPr>
          <w:rFonts w:asciiTheme="minorHAnsi" w:hAnsiTheme="minorHAnsi" w:cstheme="majorHAnsi"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>4 Sydling Road supported with reservations over size</w:t>
      </w:r>
    </w:p>
    <w:p w14:paraId="193A227A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sz w:val="22"/>
          <w:szCs w:val="22"/>
          <w:u w:val="single"/>
        </w:rPr>
      </w:pPr>
      <w:r w:rsidRPr="0009575A">
        <w:rPr>
          <w:rFonts w:asciiTheme="minorHAnsi" w:hAnsiTheme="minorHAnsi" w:cstheme="majorHAnsi"/>
          <w:sz w:val="22"/>
          <w:szCs w:val="22"/>
          <w:u w:val="single"/>
        </w:rPr>
        <w:t xml:space="preserve">Application No: </w:t>
      </w:r>
    </w:p>
    <w:p w14:paraId="66496EAC" w14:textId="77777777" w:rsidR="00164A94" w:rsidRPr="0009575A" w:rsidRDefault="00164A94" w:rsidP="00164A94">
      <w:pPr>
        <w:pStyle w:val="Default"/>
        <w:ind w:left="360"/>
        <w:rPr>
          <w:rFonts w:asciiTheme="minorHAnsi" w:hAnsiTheme="minorHAnsi" w:cstheme="majorHAnsi"/>
          <w:b/>
          <w:bCs/>
          <w:sz w:val="22"/>
          <w:szCs w:val="22"/>
        </w:rPr>
      </w:pPr>
      <w:r w:rsidRPr="0009575A">
        <w:rPr>
          <w:rFonts w:asciiTheme="minorHAnsi" w:hAnsiTheme="minorHAnsi" w:cstheme="majorHAnsi"/>
          <w:sz w:val="22"/>
          <w:szCs w:val="22"/>
        </w:rPr>
        <w:t xml:space="preserve">P/TRC/2025/06399 - Location: Manor Cottage Main Road Godmanstone DT2 7AE. </w:t>
      </w:r>
      <w:r w:rsidRPr="0009575A">
        <w:rPr>
          <w:rFonts w:asciiTheme="minorHAnsi" w:hAnsiTheme="minorHAnsi" w:cstheme="majorHAnsi"/>
          <w:b/>
          <w:bCs/>
          <w:sz w:val="22"/>
          <w:szCs w:val="22"/>
        </w:rPr>
        <w:t>For information only</w:t>
      </w:r>
    </w:p>
    <w:p w14:paraId="359AA15B" w14:textId="77777777" w:rsidR="00361F3D" w:rsidRPr="0009575A" w:rsidRDefault="00361F3D"/>
    <w:p w14:paraId="51D460E7" w14:textId="77777777" w:rsidR="00FF0634" w:rsidRPr="0009575A" w:rsidRDefault="00FB72C5">
      <w:r w:rsidRPr="0009575A">
        <w:t>9. Financial Update – Payments Authorised</w:t>
      </w:r>
    </w:p>
    <w:p w14:paraId="5B966505" w14:textId="6ECC7689" w:rsidR="00FF0634" w:rsidRPr="0009575A" w:rsidRDefault="00FB72C5">
      <w:r w:rsidRPr="0009575A">
        <w:t xml:space="preserve">List of approved payments totalling £1,781.14. </w:t>
      </w:r>
      <w:r w:rsidR="00361F3D" w:rsidRPr="0009575A">
        <w:t>All p</w:t>
      </w:r>
      <w:r w:rsidRPr="0009575A">
        <w:t xml:space="preserve">ayments </w:t>
      </w:r>
      <w:r w:rsidR="00392BC1" w:rsidRPr="0009575A">
        <w:t>authorised.</w:t>
      </w:r>
    </w:p>
    <w:p w14:paraId="49927B29" w14:textId="77777777" w:rsidR="00311F08" w:rsidRPr="0009575A" w:rsidRDefault="00311F08"/>
    <w:p w14:paraId="4016E4D8" w14:textId="77777777" w:rsidR="00FF0634" w:rsidRPr="0009575A" w:rsidRDefault="00FB72C5">
      <w:r w:rsidRPr="0009575A">
        <w:t>10. 2026 Council Meeting Dates</w:t>
      </w:r>
    </w:p>
    <w:p w14:paraId="2DC95763" w14:textId="4710B0EB" w:rsidR="00AD6D1F" w:rsidRPr="0009575A" w:rsidRDefault="00AD6D1F" w:rsidP="00AD6D1F">
      <w:pPr>
        <w:pStyle w:val="ListParagraph"/>
        <w:numPr>
          <w:ilvl w:val="0"/>
          <w:numId w:val="11"/>
        </w:numPr>
        <w:rPr>
          <w:b/>
          <w:bCs/>
        </w:rPr>
      </w:pPr>
      <w:r w:rsidRPr="0009575A">
        <w:rPr>
          <w:b/>
          <w:bCs/>
        </w:rPr>
        <w:t>LP proposed moving the monthly meetings to a Monday from Jan</w:t>
      </w:r>
      <w:r w:rsidR="00BB7A07" w:rsidRPr="0009575A">
        <w:rPr>
          <w:b/>
          <w:bCs/>
        </w:rPr>
        <w:t>uary</w:t>
      </w:r>
      <w:r w:rsidRPr="0009575A">
        <w:rPr>
          <w:b/>
          <w:bCs/>
        </w:rPr>
        <w:t xml:space="preserve"> 2026</w:t>
      </w:r>
    </w:p>
    <w:p w14:paraId="0ED2B18D" w14:textId="2D3C8C33" w:rsidR="00AD6D1F" w:rsidRPr="0009575A" w:rsidRDefault="00AD6D1F" w:rsidP="00AD6D1F">
      <w:pPr>
        <w:pStyle w:val="ListParagraph"/>
        <w:numPr>
          <w:ilvl w:val="0"/>
          <w:numId w:val="11"/>
        </w:numPr>
        <w:rPr>
          <w:b/>
          <w:bCs/>
        </w:rPr>
      </w:pPr>
      <w:r w:rsidRPr="0009575A">
        <w:rPr>
          <w:b/>
          <w:bCs/>
        </w:rPr>
        <w:t>FH seconded</w:t>
      </w:r>
    </w:p>
    <w:p w14:paraId="25B3F604" w14:textId="103A0A0E" w:rsidR="00AD6D1F" w:rsidRPr="0009575A" w:rsidRDefault="00AD6D1F" w:rsidP="00AD6D1F">
      <w:pPr>
        <w:pStyle w:val="ListParagraph"/>
        <w:numPr>
          <w:ilvl w:val="0"/>
          <w:numId w:val="11"/>
        </w:numPr>
        <w:rPr>
          <w:b/>
          <w:bCs/>
        </w:rPr>
      </w:pPr>
      <w:r w:rsidRPr="0009575A">
        <w:rPr>
          <w:b/>
          <w:bCs/>
        </w:rPr>
        <w:t>All in favour</w:t>
      </w:r>
    </w:p>
    <w:p w14:paraId="4955F647" w14:textId="3CD77330" w:rsidR="00FF0634" w:rsidRPr="0009575A" w:rsidRDefault="00AA1505">
      <w:r w:rsidRPr="0009575A">
        <w:t>Clerk to re-issue meeting dates and book village halls.</w:t>
      </w:r>
    </w:p>
    <w:p w14:paraId="01D5EA66" w14:textId="77777777" w:rsidR="00FF0634" w:rsidRPr="0009575A" w:rsidRDefault="00FF0634"/>
    <w:p w14:paraId="068DEE0D" w14:textId="77777777" w:rsidR="00FF0634" w:rsidRPr="0009575A" w:rsidRDefault="00FB72C5">
      <w:r w:rsidRPr="0009575A">
        <w:t>11. Beech Hedge – Chescombe</w:t>
      </w:r>
    </w:p>
    <w:p w14:paraId="79CB3A3D" w14:textId="30065214" w:rsidR="00CC5887" w:rsidRPr="0009575A" w:rsidRDefault="00CC5887" w:rsidP="00CC5887">
      <w:pPr>
        <w:pStyle w:val="ListParagraph"/>
        <w:numPr>
          <w:ilvl w:val="0"/>
          <w:numId w:val="12"/>
        </w:numPr>
        <w:rPr>
          <w:b/>
          <w:bCs/>
        </w:rPr>
      </w:pPr>
      <w:r w:rsidRPr="0009575A">
        <w:rPr>
          <w:b/>
          <w:bCs/>
        </w:rPr>
        <w:t>JB proposed that the a</w:t>
      </w:r>
      <w:r w:rsidR="00FB72C5" w:rsidRPr="0009575A">
        <w:rPr>
          <w:b/>
          <w:bCs/>
        </w:rPr>
        <w:t>nnual maintenance</w:t>
      </w:r>
      <w:r w:rsidRPr="0009575A">
        <w:rPr>
          <w:b/>
          <w:bCs/>
        </w:rPr>
        <w:t xml:space="preserve"> take place.</w:t>
      </w:r>
    </w:p>
    <w:p w14:paraId="222E18F4" w14:textId="77777777" w:rsidR="00CC5887" w:rsidRPr="0009575A" w:rsidRDefault="00CC5887" w:rsidP="00CC5887">
      <w:pPr>
        <w:pStyle w:val="ListParagraph"/>
        <w:numPr>
          <w:ilvl w:val="0"/>
          <w:numId w:val="12"/>
        </w:numPr>
        <w:rPr>
          <w:b/>
          <w:bCs/>
        </w:rPr>
      </w:pPr>
      <w:r w:rsidRPr="0009575A">
        <w:rPr>
          <w:b/>
          <w:bCs/>
        </w:rPr>
        <w:t>FH seconded</w:t>
      </w:r>
    </w:p>
    <w:p w14:paraId="4CB8E624" w14:textId="77777777" w:rsidR="00CC5887" w:rsidRPr="0009575A" w:rsidRDefault="00CC5887" w:rsidP="00CC5887">
      <w:pPr>
        <w:pStyle w:val="ListParagraph"/>
        <w:numPr>
          <w:ilvl w:val="0"/>
          <w:numId w:val="12"/>
        </w:numPr>
        <w:rPr>
          <w:b/>
          <w:bCs/>
        </w:rPr>
      </w:pPr>
      <w:r w:rsidRPr="0009575A">
        <w:rPr>
          <w:b/>
          <w:bCs/>
        </w:rPr>
        <w:t>All in favour</w:t>
      </w:r>
    </w:p>
    <w:p w14:paraId="0DF21589" w14:textId="6C61D66E" w:rsidR="00FF0634" w:rsidRPr="0009575A" w:rsidRDefault="00FB72C5">
      <w:r w:rsidRPr="0009575A">
        <w:t>3 quotes to be obtained</w:t>
      </w:r>
      <w:r w:rsidR="00AA1505" w:rsidRPr="0009575A">
        <w:t xml:space="preserve"> by JB</w:t>
      </w:r>
      <w:r w:rsidRPr="0009575A">
        <w:t>.</w:t>
      </w:r>
    </w:p>
    <w:p w14:paraId="1B30E4B5" w14:textId="77777777" w:rsidR="00FF0634" w:rsidRPr="0009575A" w:rsidRDefault="00FF0634"/>
    <w:p w14:paraId="3DC2A3F9" w14:textId="77777777" w:rsidR="00FF0634" w:rsidRPr="0009575A" w:rsidRDefault="00FB72C5">
      <w:r w:rsidRPr="0009575A">
        <w:t>12. Wildlife Area</w:t>
      </w:r>
    </w:p>
    <w:p w14:paraId="6F1949BB" w14:textId="384B0ECD" w:rsidR="00FF0634" w:rsidRPr="0009575A" w:rsidRDefault="00FB72C5">
      <w:r w:rsidRPr="0009575A">
        <w:t>Call for volunteers to be issued</w:t>
      </w:r>
      <w:r w:rsidR="00AA1505" w:rsidRPr="0009575A">
        <w:t xml:space="preserve"> by LP. R</w:t>
      </w:r>
      <w:r w:rsidRPr="0009575A">
        <w:t>eassess in spring.</w:t>
      </w:r>
    </w:p>
    <w:p w14:paraId="382E6AFE" w14:textId="77777777" w:rsidR="00FF0634" w:rsidRPr="0009575A" w:rsidRDefault="00FF0634"/>
    <w:p w14:paraId="67CB6704" w14:textId="77777777" w:rsidR="00FF0634" w:rsidRPr="0009575A" w:rsidRDefault="00FB72C5">
      <w:r w:rsidRPr="0009575A">
        <w:t>13. Red Strip Outside School</w:t>
      </w:r>
    </w:p>
    <w:p w14:paraId="013BEF01" w14:textId="03E7C8EC" w:rsidR="00FF0634" w:rsidRPr="0009575A" w:rsidRDefault="00FB72C5">
      <w:r w:rsidRPr="0009575A">
        <w:t>Awaiting highways clarification</w:t>
      </w:r>
      <w:r w:rsidR="00F4697A" w:rsidRPr="0009575A">
        <w:t>. JB to</w:t>
      </w:r>
      <w:r w:rsidR="0046042E" w:rsidRPr="0009575A">
        <w:t xml:space="preserve"> share highways</w:t>
      </w:r>
      <w:r w:rsidR="00F4697A" w:rsidRPr="0009575A">
        <w:t xml:space="preserve"> data received from DCC</w:t>
      </w:r>
      <w:r w:rsidR="0046042E" w:rsidRPr="0009575A">
        <w:t>.</w:t>
      </w:r>
    </w:p>
    <w:p w14:paraId="5F7E8B2F" w14:textId="77777777" w:rsidR="008D4B39" w:rsidRPr="0009575A" w:rsidRDefault="008D4B39"/>
    <w:p w14:paraId="017DF6B6" w14:textId="77777777" w:rsidR="008D4B39" w:rsidRPr="0009575A" w:rsidRDefault="008D4B39"/>
    <w:p w14:paraId="195D33D7" w14:textId="77777777" w:rsidR="008D4B39" w:rsidRPr="0009575A" w:rsidRDefault="008D4B39"/>
    <w:p w14:paraId="613EB261" w14:textId="77777777" w:rsidR="00FF0634" w:rsidRPr="0009575A" w:rsidRDefault="00FB72C5">
      <w:r w:rsidRPr="0009575A">
        <w:t>14. Decommissioned Telephone Box Use</w:t>
      </w:r>
    </w:p>
    <w:p w14:paraId="3D4E13D2" w14:textId="4F20C0F8" w:rsidR="00FF0634" w:rsidRPr="0009575A" w:rsidRDefault="00FB72C5">
      <w:r w:rsidRPr="0009575A">
        <w:t>To be repurposed as village information point pending BT approval.</w:t>
      </w:r>
      <w:r w:rsidR="0046042E" w:rsidRPr="0009575A">
        <w:t xml:space="preserve"> Clerk to approach BT </w:t>
      </w:r>
      <w:r w:rsidR="007D0875" w:rsidRPr="0009575A">
        <w:t>re purchase of the box.</w:t>
      </w:r>
    </w:p>
    <w:p w14:paraId="17B4A489" w14:textId="77777777" w:rsidR="00F22DE9" w:rsidRPr="0009575A" w:rsidRDefault="00F22DE9"/>
    <w:p w14:paraId="0271CFBE" w14:textId="19CAE4B5" w:rsidR="00FF0634" w:rsidRPr="0009575A" w:rsidRDefault="00FB72C5">
      <w:r w:rsidRPr="0009575A">
        <w:t>15. Double Yellow Lines Outside Church</w:t>
      </w:r>
    </w:p>
    <w:p w14:paraId="633B4F50" w14:textId="7122B1FE" w:rsidR="00FF0634" w:rsidRPr="0009575A" w:rsidRDefault="00FB72C5">
      <w:r w:rsidRPr="0009575A">
        <w:t>Highways require more evidence</w:t>
      </w:r>
      <w:r w:rsidR="007D0875" w:rsidRPr="0009575A">
        <w:t xml:space="preserve"> on any issues</w:t>
      </w:r>
      <w:r w:rsidR="00CE2BC9" w:rsidRPr="0009575A">
        <w:t>. Residents</w:t>
      </w:r>
      <w:r w:rsidRPr="0009575A">
        <w:t xml:space="preserve"> must log incidents</w:t>
      </w:r>
      <w:r w:rsidR="00CE2BC9" w:rsidRPr="0009575A">
        <w:t xml:space="preserve"> with Highways to </w:t>
      </w:r>
      <w:r w:rsidR="00BE1DFA" w:rsidRPr="0009575A">
        <w:t xml:space="preserve">build up a picture of </w:t>
      </w:r>
      <w:r w:rsidR="00F22DE9" w:rsidRPr="0009575A">
        <w:t xml:space="preserve">the </w:t>
      </w:r>
      <w:r w:rsidR="00BE1DFA" w:rsidRPr="0009575A">
        <w:t>problem.</w:t>
      </w:r>
    </w:p>
    <w:p w14:paraId="755E9F1B" w14:textId="77777777" w:rsidR="00FF0634" w:rsidRPr="0009575A" w:rsidRDefault="00FF0634"/>
    <w:p w14:paraId="4A0AC6FE" w14:textId="77777777" w:rsidR="00FF0634" w:rsidRPr="0009575A" w:rsidRDefault="00FB72C5">
      <w:r w:rsidRPr="0009575A">
        <w:t>16. Andrew’s Lane</w:t>
      </w:r>
    </w:p>
    <w:p w14:paraId="6A4778FA" w14:textId="7238BB9A" w:rsidR="008F67CB" w:rsidRPr="0009575A" w:rsidRDefault="008F67CB" w:rsidP="006E1553">
      <w:pPr>
        <w:pStyle w:val="ListParagraph"/>
        <w:numPr>
          <w:ilvl w:val="0"/>
          <w:numId w:val="13"/>
        </w:numPr>
        <w:rPr>
          <w:b/>
          <w:bCs/>
        </w:rPr>
      </w:pPr>
      <w:r w:rsidRPr="0009575A">
        <w:rPr>
          <w:b/>
          <w:bCs/>
        </w:rPr>
        <w:t xml:space="preserve">JB proposed the work to take place around </w:t>
      </w:r>
      <w:r w:rsidR="00164A94" w:rsidRPr="0009575A">
        <w:rPr>
          <w:b/>
          <w:bCs/>
        </w:rPr>
        <w:t xml:space="preserve">mud clearing at </w:t>
      </w:r>
      <w:r w:rsidRPr="0009575A">
        <w:rPr>
          <w:b/>
          <w:bCs/>
        </w:rPr>
        <w:t>Andrew’s Lane.</w:t>
      </w:r>
    </w:p>
    <w:p w14:paraId="0E696BF2" w14:textId="77777777" w:rsidR="008F67CB" w:rsidRPr="0009575A" w:rsidRDefault="008F67CB" w:rsidP="006E1553">
      <w:pPr>
        <w:pStyle w:val="ListParagraph"/>
        <w:numPr>
          <w:ilvl w:val="0"/>
          <w:numId w:val="13"/>
        </w:numPr>
        <w:rPr>
          <w:b/>
          <w:bCs/>
        </w:rPr>
      </w:pPr>
      <w:r w:rsidRPr="0009575A">
        <w:rPr>
          <w:b/>
          <w:bCs/>
        </w:rPr>
        <w:t>LP seconded</w:t>
      </w:r>
    </w:p>
    <w:p w14:paraId="4885EA78" w14:textId="77777777" w:rsidR="006E1553" w:rsidRPr="0009575A" w:rsidRDefault="008F67CB" w:rsidP="006E1553">
      <w:pPr>
        <w:pStyle w:val="ListParagraph"/>
        <w:numPr>
          <w:ilvl w:val="0"/>
          <w:numId w:val="13"/>
        </w:numPr>
        <w:rPr>
          <w:b/>
          <w:bCs/>
        </w:rPr>
      </w:pPr>
      <w:r w:rsidRPr="0009575A">
        <w:rPr>
          <w:b/>
          <w:bCs/>
        </w:rPr>
        <w:t>All in favour</w:t>
      </w:r>
    </w:p>
    <w:p w14:paraId="1A80E59A" w14:textId="5480E84A" w:rsidR="00FF0634" w:rsidRPr="0009575A" w:rsidRDefault="008D5A3B">
      <w:r w:rsidRPr="0009575A">
        <w:t>P</w:t>
      </w:r>
      <w:r w:rsidR="00FB72C5" w:rsidRPr="0009575A">
        <w:t xml:space="preserve">ayment </w:t>
      </w:r>
      <w:r w:rsidRPr="0009575A">
        <w:t xml:space="preserve">to be made </w:t>
      </w:r>
      <w:r w:rsidR="00FB72C5" w:rsidRPr="0009575A">
        <w:t>when completed.</w:t>
      </w:r>
    </w:p>
    <w:p w14:paraId="5DF50AED" w14:textId="77777777" w:rsidR="00FF0634" w:rsidRPr="0009575A" w:rsidRDefault="00FF0634"/>
    <w:p w14:paraId="1CB118F7" w14:textId="77777777" w:rsidR="00FF0634" w:rsidRPr="0009575A" w:rsidRDefault="00FB72C5">
      <w:r w:rsidRPr="0009575A">
        <w:t>17. Prescriptive Path Objection</w:t>
      </w:r>
    </w:p>
    <w:p w14:paraId="511780AA" w14:textId="689A656B" w:rsidR="00FF0634" w:rsidRPr="0009575A" w:rsidRDefault="008D5A3B">
      <w:r w:rsidRPr="0009575A">
        <w:t>To be discussed in a closed meeting due to confidential nature of documents to be discussed.</w:t>
      </w:r>
    </w:p>
    <w:p w14:paraId="0DAFD7CC" w14:textId="77777777" w:rsidR="00FF0634" w:rsidRPr="0009575A" w:rsidRDefault="00FF0634"/>
    <w:p w14:paraId="2DF65F03" w14:textId="77777777" w:rsidR="00FF0634" w:rsidRPr="0009575A" w:rsidRDefault="00FB72C5">
      <w:r w:rsidRPr="0009575A">
        <w:t>18. Next Meeting</w:t>
      </w:r>
    </w:p>
    <w:p w14:paraId="1383A48E" w14:textId="1A3C7DA8" w:rsidR="006E1553" w:rsidRPr="0009575A" w:rsidRDefault="006E1553">
      <w:r w:rsidRPr="0009575A">
        <w:t>Governance meeting scheduled for</w:t>
      </w:r>
      <w:r w:rsidR="00F0122F" w:rsidRPr="0009575A">
        <w:t xml:space="preserve"> December 11</w:t>
      </w:r>
      <w:r w:rsidR="00F0122F" w:rsidRPr="0009575A">
        <w:rPr>
          <w:vertAlign w:val="superscript"/>
        </w:rPr>
        <w:t>th</w:t>
      </w:r>
      <w:r w:rsidR="00F0122F" w:rsidRPr="0009575A">
        <w:t xml:space="preserve"> </w:t>
      </w:r>
      <w:r w:rsidR="00FD15F1" w:rsidRPr="0009575A">
        <w:t>2025.</w:t>
      </w:r>
    </w:p>
    <w:p w14:paraId="5FA7CEE1" w14:textId="1AAB1051" w:rsidR="00FF0634" w:rsidRPr="0009575A" w:rsidRDefault="006E1553">
      <w:r w:rsidRPr="0009575A">
        <w:t>Next Full Council meeting</w:t>
      </w:r>
      <w:r w:rsidR="00814BE4" w:rsidRPr="0009575A">
        <w:t xml:space="preserve"> scheduled for</w:t>
      </w:r>
      <w:r w:rsidR="005A79F2" w:rsidRPr="0009575A">
        <w:t xml:space="preserve"> </w:t>
      </w:r>
      <w:r w:rsidR="00814BE4" w:rsidRPr="0009575A">
        <w:t xml:space="preserve"> </w:t>
      </w:r>
      <w:r w:rsidR="00FD15F1" w:rsidRPr="0009575A">
        <w:t>January 12</w:t>
      </w:r>
      <w:r w:rsidR="00FD15F1" w:rsidRPr="0009575A">
        <w:rPr>
          <w:vertAlign w:val="superscript"/>
        </w:rPr>
        <w:t>th</w:t>
      </w:r>
      <w:r w:rsidR="00FD15F1" w:rsidRPr="0009575A">
        <w:t xml:space="preserve"> 2026</w:t>
      </w:r>
      <w:r w:rsidR="00917D10">
        <w:t xml:space="preserve"> at Godmanstone Village Hall</w:t>
      </w:r>
      <w:r w:rsidR="00FB72C5" w:rsidRPr="0009575A">
        <w:t>.</w:t>
      </w:r>
    </w:p>
    <w:sectPr w:rsidR="00FF0634" w:rsidRPr="0009575A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2C19" w14:textId="77777777" w:rsidR="000E1067" w:rsidRDefault="000E1067" w:rsidP="005D3BF6">
      <w:pPr>
        <w:spacing w:after="0" w:line="240" w:lineRule="auto"/>
      </w:pPr>
      <w:r>
        <w:separator/>
      </w:r>
    </w:p>
  </w:endnote>
  <w:endnote w:type="continuationSeparator" w:id="0">
    <w:p w14:paraId="075AD53D" w14:textId="77777777" w:rsidR="000E1067" w:rsidRDefault="000E1067" w:rsidP="005D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8D24" w14:textId="77777777" w:rsidR="000E1067" w:rsidRDefault="000E1067" w:rsidP="005D3BF6">
      <w:pPr>
        <w:spacing w:after="0" w:line="240" w:lineRule="auto"/>
      </w:pPr>
      <w:r>
        <w:separator/>
      </w:r>
    </w:p>
  </w:footnote>
  <w:footnote w:type="continuationSeparator" w:id="0">
    <w:p w14:paraId="54733071" w14:textId="77777777" w:rsidR="000E1067" w:rsidRDefault="000E1067" w:rsidP="005D3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A5FA" w14:textId="77777777" w:rsidR="001255EA" w:rsidRPr="001255EA" w:rsidRDefault="001255EA" w:rsidP="001255EA">
    <w:pPr>
      <w:pStyle w:val="Header"/>
      <w:jc w:val="center"/>
      <w:rPr>
        <w:b/>
        <w:bCs/>
        <w:color w:val="C00000"/>
        <w:sz w:val="24"/>
        <w:szCs w:val="24"/>
      </w:rPr>
    </w:pPr>
    <w:r w:rsidRPr="001255EA">
      <w:rPr>
        <w:b/>
        <w:bCs/>
        <w:color w:val="C00000"/>
        <w:sz w:val="24"/>
        <w:szCs w:val="24"/>
      </w:rPr>
      <w:t>Yasmeen Moore – Clerk to the Parish Council</w:t>
    </w:r>
  </w:p>
  <w:p w14:paraId="7A56DADA" w14:textId="22D1B40C" w:rsidR="005D3BF6" w:rsidRPr="00F022BB" w:rsidRDefault="005D3BF6" w:rsidP="005D3BF6">
    <w:pPr>
      <w:tabs>
        <w:tab w:val="left" w:pos="426"/>
      </w:tabs>
      <w:jc w:val="center"/>
      <w:rPr>
        <w:rFonts w:ascii="Algerian" w:hAnsi="Algerian"/>
        <w:b/>
        <w:bCs/>
        <w:color w:val="C00000"/>
        <w:sz w:val="32"/>
        <w:szCs w:val="32"/>
      </w:rPr>
    </w:pPr>
    <w:r w:rsidRPr="00F022BB">
      <w:rPr>
        <w:rFonts w:ascii="Algerian" w:hAnsi="Algerian"/>
        <w:b/>
        <w:bCs/>
        <w:color w:val="C00000"/>
        <w:sz w:val="32"/>
        <w:szCs w:val="32"/>
      </w:rPr>
      <w:t>CERNE VALLEY PARISH COUNCIL</w:t>
    </w:r>
  </w:p>
  <w:p w14:paraId="7116D8F9" w14:textId="77777777" w:rsidR="005D3BF6" w:rsidRPr="00F022BB" w:rsidRDefault="005D3BF6" w:rsidP="005D3BF6">
    <w:pPr>
      <w:tabs>
        <w:tab w:val="left" w:pos="426"/>
      </w:tabs>
      <w:jc w:val="center"/>
      <w:rPr>
        <w:rFonts w:ascii="Calibri" w:hAnsi="Calibri"/>
        <w:b/>
        <w:bCs/>
        <w:sz w:val="28"/>
        <w:szCs w:val="28"/>
      </w:rPr>
    </w:pPr>
    <w:r w:rsidRPr="00F022BB">
      <w:rPr>
        <w:rFonts w:ascii="Calibri" w:hAnsi="Calibri"/>
        <w:b/>
        <w:bCs/>
        <w:sz w:val="28"/>
        <w:szCs w:val="28"/>
      </w:rPr>
      <w:t>Cerne Valley Village Hall, Dorset, DT2 7GY</w:t>
    </w:r>
  </w:p>
  <w:p w14:paraId="148ECB5C" w14:textId="77777777" w:rsidR="005D3BF6" w:rsidRPr="00F022BB" w:rsidRDefault="005D3BF6" w:rsidP="005D3BF6">
    <w:pPr>
      <w:tabs>
        <w:tab w:val="left" w:pos="426"/>
      </w:tabs>
      <w:jc w:val="center"/>
      <w:rPr>
        <w:rFonts w:ascii="Calibri" w:hAnsi="Calibri"/>
        <w:b/>
        <w:bCs/>
        <w:sz w:val="28"/>
        <w:szCs w:val="28"/>
      </w:rPr>
    </w:pPr>
    <w:r w:rsidRPr="00F022BB">
      <w:rPr>
        <w:rFonts w:ascii="Calibri" w:hAnsi="Calibri"/>
        <w:b/>
        <w:bCs/>
        <w:sz w:val="28"/>
        <w:szCs w:val="28"/>
      </w:rPr>
      <w:t>07482 520980</w:t>
    </w:r>
  </w:p>
  <w:p w14:paraId="4B284933" w14:textId="354FEE6C" w:rsidR="005D3BF6" w:rsidRDefault="005D3BF6" w:rsidP="001255EA">
    <w:pPr>
      <w:tabs>
        <w:tab w:val="left" w:pos="426"/>
      </w:tabs>
      <w:jc w:val="center"/>
    </w:pPr>
    <w:r w:rsidRPr="00F022BB">
      <w:rPr>
        <w:rFonts w:ascii="Calibri" w:hAnsi="Calibri"/>
        <w:b/>
        <w:bCs/>
        <w:color w:val="C00000"/>
        <w:sz w:val="28"/>
        <w:szCs w:val="28"/>
      </w:rPr>
      <w:t xml:space="preserve">clerk@cernevalleyparishcouncil.gov.uk </w:t>
    </w:r>
    <w:hyperlink r:id="rId1" w:history="1">
      <w:r w:rsidRPr="00F022BB">
        <w:rPr>
          <w:rStyle w:val="Hyperlink"/>
          <w:rFonts w:ascii="Calibri" w:hAnsi="Calibri"/>
          <w:b/>
          <w:bCs/>
          <w:color w:val="C00000"/>
          <w:sz w:val="28"/>
          <w:szCs w:val="28"/>
        </w:rPr>
        <w:t>www.cernevalleyparishcouncil.gov.uk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754787"/>
    <w:multiLevelType w:val="hybridMultilevel"/>
    <w:tmpl w:val="8A52E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40680"/>
    <w:multiLevelType w:val="hybridMultilevel"/>
    <w:tmpl w:val="A776C728"/>
    <w:lvl w:ilvl="0" w:tplc="57F2713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75888"/>
    <w:multiLevelType w:val="hybridMultilevel"/>
    <w:tmpl w:val="3E42F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3458F"/>
    <w:multiLevelType w:val="hybridMultilevel"/>
    <w:tmpl w:val="6B226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47054"/>
    <w:multiLevelType w:val="hybridMultilevel"/>
    <w:tmpl w:val="111261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2449">
    <w:abstractNumId w:val="8"/>
  </w:num>
  <w:num w:numId="2" w16cid:durableId="2048138187">
    <w:abstractNumId w:val="6"/>
  </w:num>
  <w:num w:numId="3" w16cid:durableId="507411047">
    <w:abstractNumId w:val="5"/>
  </w:num>
  <w:num w:numId="4" w16cid:durableId="89203974">
    <w:abstractNumId w:val="4"/>
  </w:num>
  <w:num w:numId="5" w16cid:durableId="1457986055">
    <w:abstractNumId w:val="7"/>
  </w:num>
  <w:num w:numId="6" w16cid:durableId="1972320074">
    <w:abstractNumId w:val="3"/>
  </w:num>
  <w:num w:numId="7" w16cid:durableId="491680109">
    <w:abstractNumId w:val="2"/>
  </w:num>
  <w:num w:numId="8" w16cid:durableId="453866694">
    <w:abstractNumId w:val="1"/>
  </w:num>
  <w:num w:numId="9" w16cid:durableId="2094472012">
    <w:abstractNumId w:val="0"/>
  </w:num>
  <w:num w:numId="10" w16cid:durableId="1008752469">
    <w:abstractNumId w:val="11"/>
  </w:num>
  <w:num w:numId="11" w16cid:durableId="1762139908">
    <w:abstractNumId w:val="9"/>
  </w:num>
  <w:num w:numId="12" w16cid:durableId="1062562163">
    <w:abstractNumId w:val="12"/>
  </w:num>
  <w:num w:numId="13" w16cid:durableId="1310328550">
    <w:abstractNumId w:val="13"/>
  </w:num>
  <w:num w:numId="14" w16cid:durableId="1227686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0CC"/>
    <w:rsid w:val="0006063C"/>
    <w:rsid w:val="0009575A"/>
    <w:rsid w:val="000D7C3D"/>
    <w:rsid w:val="000E1067"/>
    <w:rsid w:val="000E2CF7"/>
    <w:rsid w:val="0011434B"/>
    <w:rsid w:val="001255EA"/>
    <w:rsid w:val="0015074B"/>
    <w:rsid w:val="00156F94"/>
    <w:rsid w:val="00164A94"/>
    <w:rsid w:val="0019136B"/>
    <w:rsid w:val="001E29AE"/>
    <w:rsid w:val="00243A29"/>
    <w:rsid w:val="0029639D"/>
    <w:rsid w:val="00311F08"/>
    <w:rsid w:val="00326F90"/>
    <w:rsid w:val="00361F3D"/>
    <w:rsid w:val="00392BC1"/>
    <w:rsid w:val="00394FC0"/>
    <w:rsid w:val="00422981"/>
    <w:rsid w:val="0046042E"/>
    <w:rsid w:val="00556252"/>
    <w:rsid w:val="005879E8"/>
    <w:rsid w:val="005A79F2"/>
    <w:rsid w:val="005D3BF6"/>
    <w:rsid w:val="005E2E19"/>
    <w:rsid w:val="0062226C"/>
    <w:rsid w:val="00684CA5"/>
    <w:rsid w:val="006C65E7"/>
    <w:rsid w:val="006E1553"/>
    <w:rsid w:val="006F1F24"/>
    <w:rsid w:val="007621C7"/>
    <w:rsid w:val="00776D5C"/>
    <w:rsid w:val="007877E2"/>
    <w:rsid w:val="007D0875"/>
    <w:rsid w:val="007E74B5"/>
    <w:rsid w:val="00814BE4"/>
    <w:rsid w:val="00871C63"/>
    <w:rsid w:val="008871AA"/>
    <w:rsid w:val="00891C33"/>
    <w:rsid w:val="008D0A44"/>
    <w:rsid w:val="008D4B39"/>
    <w:rsid w:val="008D5A3B"/>
    <w:rsid w:val="008F5BCF"/>
    <w:rsid w:val="008F67CB"/>
    <w:rsid w:val="008F7476"/>
    <w:rsid w:val="00905A99"/>
    <w:rsid w:val="00917D10"/>
    <w:rsid w:val="00926F75"/>
    <w:rsid w:val="009839F0"/>
    <w:rsid w:val="00A04A49"/>
    <w:rsid w:val="00A956EE"/>
    <w:rsid w:val="00AA1505"/>
    <w:rsid w:val="00AA1D8D"/>
    <w:rsid w:val="00AB759F"/>
    <w:rsid w:val="00AC68FE"/>
    <w:rsid w:val="00AD40CA"/>
    <w:rsid w:val="00AD6D1F"/>
    <w:rsid w:val="00B47730"/>
    <w:rsid w:val="00B56253"/>
    <w:rsid w:val="00B715D1"/>
    <w:rsid w:val="00B77B9E"/>
    <w:rsid w:val="00BB7A07"/>
    <w:rsid w:val="00BE1DFA"/>
    <w:rsid w:val="00C73FB2"/>
    <w:rsid w:val="00CB0664"/>
    <w:rsid w:val="00CC5887"/>
    <w:rsid w:val="00CE2BC9"/>
    <w:rsid w:val="00CF60AF"/>
    <w:rsid w:val="00CF61CD"/>
    <w:rsid w:val="00D82458"/>
    <w:rsid w:val="00D9518D"/>
    <w:rsid w:val="00DB3E67"/>
    <w:rsid w:val="00E20E2F"/>
    <w:rsid w:val="00E93DCB"/>
    <w:rsid w:val="00F0122F"/>
    <w:rsid w:val="00F22DE9"/>
    <w:rsid w:val="00F4697A"/>
    <w:rsid w:val="00F617DA"/>
    <w:rsid w:val="00FB72C5"/>
    <w:rsid w:val="00FC66D7"/>
    <w:rsid w:val="00FC693F"/>
    <w:rsid w:val="00FD15F1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78E36845-9E8E-49D2-B8E9-295937F1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uiPriority w:val="99"/>
    <w:unhideWhenUsed/>
    <w:rsid w:val="005D3BF6"/>
    <w:rPr>
      <w:color w:val="0000FF"/>
      <w:u w:val="single"/>
    </w:rPr>
  </w:style>
  <w:style w:type="paragraph" w:customStyle="1" w:styleId="Default">
    <w:name w:val="Default"/>
    <w:rsid w:val="00164A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rnevalley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19881</TotalTime>
  <Pages>5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Parish Clerk</cp:lastModifiedBy>
  <cp:revision>68</cp:revision>
  <dcterms:created xsi:type="dcterms:W3CDTF">2025-11-16T17:30:00Z</dcterms:created>
  <dcterms:modified xsi:type="dcterms:W3CDTF">2026-01-22T16:53:00Z</dcterms:modified>
  <cp:category/>
</cp:coreProperties>
</file>